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רעיון מרכזי – מה העיקר?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שלושה צעדים · מטרייה מעל הפרטים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שלושה צעדים לעיקר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המטרייה של ״החלון הירוק״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רעיון מרכזי לסיפור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לנסח רעיון מרכזי בשלושה צעדים: נושא, מה נאמר עליו, משפט אחד.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להבחין בין רעיון מרכזי לבין פרט (״מקל״) או משפט כללי מדי.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פותרים יחד את ״נסו בעצמכם״ בעמוד הרעיון המרכזי.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צעדים ומטריית ״החלון הירוק״.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רעיון מרכזי לסיפור ״המטרייה״;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1 ← 🏷️ (נושא) · 2 ← 💡 (מה נאמר) · 3 ← ✏️ (משפט אחד).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ב׳: ״החלון הירוק״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הרעיון המרכזי: א. יוזמה של משפחה אחת לשתול צמחים הפכה את הבניין לירוק וקירבה בין השכנים.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34"/>
          <w:bCs/>
          <w:szCs w:val="34"/>
          <w:rtl w:val="1"/>
        </w:rPr>
        <w:t>חלק ג׳: ״המטרייה שלא רצתה להיפתח״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30"/>
          <w:szCs w:val="30"/>
          <w:rtl w:val="1"/>
        </w:rPr>
        <w:t>✔ נושא: מטרייה קטנה שפחדה להיפתח (פחד ועזרה). רעיון מרכזי אפשרי: כשמישהו עוזר בעדינות ובסבלנות, אפשר להתגבר על פחד.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רעיון מרכזי – מה העיקר?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שלושה צעדים לעיקר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חברו כל צעד לציור שלו: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1. מה הנושא?  ←  🏷️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2. מה נאמר על הנושא?  ←  💡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3. מנסחים במשפט אחד  ←  ✏️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💡 הרעיון המרכזי הוא המטרייה ☂️ – הפרטים הם המקלות שמתחתיה.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המטרייה של ״החלון הירוק״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פרט אחד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1"/>
                      <w:bCs/>
                      <w:szCs w:val="31"/>
                      <w:rtl w:val="1"/>
                    </w:rPr>
                    <w:t>פרט</w:t>
                  </w:r>
                </w:p>
              </w:tc>
            </w:tr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48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1"/>
                      <w:szCs w:val="31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יוזמה של משפחה אחת לשתול צמחים הפכה את הבניין לירוק וקירבה בין השכנים.     ◯ על אדן החלון עמדו עציצים של בזיליקום ונענע.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רעיון מרכזי לסיפור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קראו את הסיפור. מה הרעיון המרכזי שלו?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36"/>
                      <w:bCs/>
                      <w:szCs w:val="36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32"/>
                      <w:szCs w:val="32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הקיפו את הרעיון המרכזי: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כשמישהו עוזר בסבלנות – אפשר להתגבר על פחד.     ◯ המטרייה הייתה צהובה וקטנה.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מה ההבדל בין נושא לבין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פרט בטקסט הוא כמו: ◯ ☂️ הבד של המטרייה ◯ 🦯 מקל של המטרייה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רעיון מרכזי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רעיון מרכזי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